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09" w:rsidRDefault="00CB5509">
      <w:pPr>
        <w:autoSpaceDE w:val="0"/>
        <w:autoSpaceDN w:val="0"/>
        <w:spacing w:after="78" w:line="220" w:lineRule="exact"/>
      </w:pPr>
    </w:p>
    <w:p w:rsidR="00CB5509" w:rsidRPr="00163579" w:rsidRDefault="00CF0777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B5509" w:rsidRPr="006C350D" w:rsidRDefault="00CF0777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C350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6C350D" w:rsidRPr="006C350D" w:rsidRDefault="006C350D" w:rsidP="006C350D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C350D">
        <w:rPr>
          <w:rFonts w:ascii="Times New Roman" w:eastAsia="Times New Roman" w:hAnsi="Times New Roman"/>
          <w:b/>
          <w:color w:val="000000"/>
          <w:sz w:val="24"/>
          <w:lang w:val="ru-RU"/>
        </w:rPr>
        <w:t>АДМИНИСТРАЦИЯ МУНИЦИПАЛЬНОГО РАЙОНА</w:t>
      </w:r>
    </w:p>
    <w:p w:rsidR="006C350D" w:rsidRPr="006C350D" w:rsidRDefault="006C350D" w:rsidP="006C350D">
      <w:pPr>
        <w:autoSpaceDE w:val="0"/>
        <w:autoSpaceDN w:val="0"/>
        <w:spacing w:before="670" w:after="0" w:line="230" w:lineRule="auto"/>
        <w:ind w:left="1374"/>
        <w:rPr>
          <w:b/>
          <w:lang w:val="ru-RU"/>
        </w:rPr>
      </w:pPr>
      <w:r w:rsidRPr="006C350D">
        <w:rPr>
          <w:rFonts w:ascii="Times New Roman" w:eastAsia="Times New Roman" w:hAnsi="Times New Roman"/>
          <w:b/>
          <w:color w:val="000000"/>
          <w:sz w:val="24"/>
          <w:lang w:val="ru-RU"/>
        </w:rPr>
        <w:t>БЛАГОВЕЩЕНСКИЙ РАЙОН РЕСПУБЛИКИ БАШКОРТОСТАН</w:t>
      </w:r>
    </w:p>
    <w:p w:rsidR="00CB5509" w:rsidRPr="006C350D" w:rsidRDefault="00CF0777">
      <w:pPr>
        <w:autoSpaceDE w:val="0"/>
        <w:autoSpaceDN w:val="0"/>
        <w:spacing w:before="672" w:after="1436" w:line="230" w:lineRule="auto"/>
        <w:ind w:right="3456"/>
        <w:jc w:val="right"/>
        <w:rPr>
          <w:b/>
          <w:lang w:val="ru-RU"/>
        </w:rPr>
      </w:pPr>
      <w:r w:rsidRPr="006C350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МОБУ СОШ с. Верхний </w:t>
      </w:r>
      <w:proofErr w:type="spellStart"/>
      <w:r w:rsidRPr="006C350D">
        <w:rPr>
          <w:rFonts w:ascii="Times New Roman" w:eastAsia="Times New Roman" w:hAnsi="Times New Roman"/>
          <w:b/>
          <w:color w:val="000000"/>
          <w:sz w:val="24"/>
          <w:lang w:val="ru-RU"/>
        </w:rPr>
        <w:t>Изяк</w:t>
      </w:r>
      <w:proofErr w:type="spellEnd"/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5D6012" w:rsidRDefault="00CF0777" w:rsidP="005D6012">
      <w:pPr>
        <w:autoSpaceDE w:val="0"/>
        <w:autoSpaceDN w:val="0"/>
        <w:spacing w:after="0" w:line="245" w:lineRule="auto"/>
        <w:ind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 по УВР</w:t>
      </w:r>
    </w:p>
    <w:p w:rsidR="00CB5509" w:rsidRPr="00163579" w:rsidRDefault="00CF0777" w:rsidP="005D6012">
      <w:pPr>
        <w:autoSpaceDE w:val="0"/>
        <w:autoSpaceDN w:val="0"/>
        <w:spacing w:after="0" w:line="245" w:lineRule="auto"/>
        <w:ind w:right="432"/>
        <w:rPr>
          <w:lang w:val="ru-RU"/>
        </w:rPr>
        <w:sectPr w:rsidR="00CB5509" w:rsidRPr="00163579">
          <w:type w:val="continuous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______________Леонтьева О.М.</w:t>
      </w:r>
    </w:p>
    <w:p w:rsidR="00CB5509" w:rsidRPr="00163579" w:rsidRDefault="00CF0777" w:rsidP="005D6012">
      <w:pPr>
        <w:autoSpaceDE w:val="0"/>
        <w:autoSpaceDN w:val="0"/>
        <w:spacing w:after="0" w:line="245" w:lineRule="auto"/>
        <w:ind w:right="172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163579">
        <w:rPr>
          <w:lang w:val="ru-RU"/>
        </w:rPr>
        <w:br/>
      </w:r>
      <w:r w:rsidR="006C350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</w:t>
      </w:r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иректор</w:t>
      </w:r>
    </w:p>
    <w:p w:rsidR="00CB5509" w:rsidRPr="00163579" w:rsidRDefault="00CF0777" w:rsidP="006C350D">
      <w:pPr>
        <w:autoSpaceDE w:val="0"/>
        <w:autoSpaceDN w:val="0"/>
        <w:spacing w:before="182" w:after="182" w:line="230" w:lineRule="auto"/>
        <w:rPr>
          <w:lang w:val="ru-RU"/>
        </w:rPr>
        <w:sectPr w:rsidR="00CB5509" w:rsidRPr="00163579">
          <w:type w:val="nextColumn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  <w:proofErr w:type="spellStart"/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______________Васина</w:t>
      </w:r>
      <w:proofErr w:type="spellEnd"/>
      <w:r w:rsidRPr="0016357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Н.В.</w:t>
      </w:r>
    </w:p>
    <w:tbl>
      <w:tblPr>
        <w:tblW w:w="0" w:type="auto"/>
        <w:tblInd w:w="1400" w:type="dxa"/>
        <w:tblLayout w:type="fixed"/>
        <w:tblLook w:val="04A0"/>
      </w:tblPr>
      <w:tblGrid>
        <w:gridCol w:w="3891"/>
        <w:gridCol w:w="3318"/>
      </w:tblGrid>
      <w:tr w:rsidR="00CB5509" w:rsidTr="005D6012">
        <w:trPr>
          <w:trHeight w:hRule="exact" w:val="765"/>
        </w:trPr>
        <w:tc>
          <w:tcPr>
            <w:tcW w:w="3891" w:type="dxa"/>
            <w:tcMar>
              <w:left w:w="0" w:type="dxa"/>
              <w:right w:w="0" w:type="dxa"/>
            </w:tcMar>
          </w:tcPr>
          <w:p w:rsidR="00CB5509" w:rsidRDefault="00CF0777" w:rsidP="006C350D">
            <w:pPr>
              <w:autoSpaceDE w:val="0"/>
              <w:autoSpaceDN w:val="0"/>
              <w:spacing w:after="0" w:line="245" w:lineRule="auto"/>
              <w:ind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lastRenderedPageBreak/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  <w:r>
              <w:br/>
            </w:r>
            <w:proofErr w:type="spellStart"/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«29»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</w:t>
            </w:r>
            <w:r w:rsidR="006C350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318" w:type="dxa"/>
            <w:tcMar>
              <w:left w:w="0" w:type="dxa"/>
              <w:right w:w="0" w:type="dxa"/>
            </w:tcMar>
          </w:tcPr>
          <w:p w:rsidR="00CB5509" w:rsidRDefault="006C350D">
            <w:pPr>
              <w:autoSpaceDE w:val="0"/>
              <w:autoSpaceDN w:val="0"/>
              <w:spacing w:after="0" w:line="245" w:lineRule="auto"/>
              <w:ind w:left="99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48</w:t>
            </w:r>
            <w:r w:rsidR="00CF077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CF0777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="00CF0777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:rsidR="00CB5509" w:rsidRDefault="00CF0777">
      <w:pPr>
        <w:autoSpaceDE w:val="0"/>
        <w:autoSpaceDN w:val="0"/>
        <w:spacing w:before="978" w:after="0" w:line="262" w:lineRule="auto"/>
        <w:ind w:left="302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4692015)</w:t>
      </w:r>
    </w:p>
    <w:p w:rsidR="00163579" w:rsidRDefault="00CF0777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 на родном (русском) языке»</w:t>
      </w:r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163579">
        <w:rPr>
          <w:lang w:val="ru-RU"/>
        </w:rPr>
        <w:br/>
      </w:r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163579" w:rsidRDefault="00163579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63579" w:rsidRDefault="00163579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63579" w:rsidRDefault="00163579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63579" w:rsidRDefault="00163579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63579" w:rsidRDefault="00163579" w:rsidP="00163579">
      <w:pPr>
        <w:autoSpaceDE w:val="0"/>
        <w:autoSpaceDN w:val="0"/>
        <w:spacing w:before="166" w:after="0" w:line="262" w:lineRule="auto"/>
        <w:ind w:left="1872" w:right="2304"/>
        <w:jc w:val="center"/>
        <w:rPr>
          <w:lang w:val="ru-RU"/>
        </w:rPr>
      </w:pPr>
    </w:p>
    <w:p w:rsidR="00163579" w:rsidRDefault="00CF0777" w:rsidP="006C350D">
      <w:pPr>
        <w:autoSpaceDE w:val="0"/>
        <w:autoSpaceDN w:val="0"/>
        <w:spacing w:after="0" w:line="262" w:lineRule="auto"/>
        <w:ind w:left="2160" w:right="259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r w:rsidR="00163579">
        <w:rPr>
          <w:rFonts w:ascii="Times New Roman" w:eastAsia="Times New Roman" w:hAnsi="Times New Roman"/>
          <w:color w:val="000000"/>
          <w:sz w:val="24"/>
          <w:lang w:val="ru-RU"/>
        </w:rPr>
        <w:t>оставитель:</w:t>
      </w:r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>Апсаликова</w:t>
      </w:r>
      <w:proofErr w:type="spellEnd"/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 xml:space="preserve"> Н.Т</w:t>
      </w:r>
      <w:r w:rsidR="0016357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B5509" w:rsidRPr="00163579" w:rsidRDefault="00CF0777" w:rsidP="006C350D">
      <w:pPr>
        <w:autoSpaceDE w:val="0"/>
        <w:autoSpaceDN w:val="0"/>
        <w:spacing w:after="0" w:line="262" w:lineRule="auto"/>
        <w:ind w:left="2160" w:right="2592"/>
        <w:jc w:val="right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 </w:t>
      </w:r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родного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русского языка и литературы</w:t>
      </w:r>
    </w:p>
    <w:p w:rsidR="00163579" w:rsidRDefault="00163579" w:rsidP="00163579">
      <w:pPr>
        <w:jc w:val="right"/>
        <w:rPr>
          <w:lang w:val="ru-RU"/>
        </w:rPr>
      </w:pPr>
    </w:p>
    <w:p w:rsidR="00163579" w:rsidRPr="00163579" w:rsidRDefault="00163579" w:rsidP="00163579">
      <w:pPr>
        <w:rPr>
          <w:lang w:val="ru-RU"/>
        </w:rPr>
      </w:pPr>
    </w:p>
    <w:p w:rsidR="00163579" w:rsidRPr="00163579" w:rsidRDefault="00163579" w:rsidP="00163579">
      <w:pPr>
        <w:rPr>
          <w:lang w:val="ru-RU"/>
        </w:rPr>
      </w:pPr>
    </w:p>
    <w:p w:rsidR="00163579" w:rsidRPr="00163579" w:rsidRDefault="00163579" w:rsidP="00163579">
      <w:pPr>
        <w:autoSpaceDE w:val="0"/>
        <w:autoSpaceDN w:val="0"/>
        <w:spacing w:after="0" w:line="230" w:lineRule="auto"/>
        <w:ind w:right="3378"/>
        <w:jc w:val="right"/>
        <w:rPr>
          <w:lang w:val="ru-RU"/>
        </w:rPr>
      </w:pPr>
      <w:r>
        <w:rPr>
          <w:lang w:val="ru-RU"/>
        </w:rPr>
        <w:tab/>
      </w:r>
      <w:proofErr w:type="spell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с.ВерхнийИзяк</w:t>
      </w:r>
      <w:proofErr w:type="spell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6C350D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:rsidR="00163579" w:rsidRPr="00163579" w:rsidRDefault="00163579" w:rsidP="00163579">
      <w:pPr>
        <w:rPr>
          <w:lang w:val="ru-RU"/>
        </w:rPr>
        <w:sectPr w:rsidR="00163579" w:rsidRPr="00163579" w:rsidSect="00163579">
          <w:type w:val="continuous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CB5509" w:rsidRPr="00163579" w:rsidRDefault="00CB5509" w:rsidP="00163579">
      <w:pPr>
        <w:tabs>
          <w:tab w:val="left" w:pos="3795"/>
        </w:tabs>
        <w:rPr>
          <w:lang w:val="ru-RU"/>
        </w:rPr>
        <w:sectPr w:rsidR="00CB5509" w:rsidRPr="00163579">
          <w:type w:val="continuous"/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CB5509" w:rsidRPr="00163579" w:rsidRDefault="00CF0777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B5509" w:rsidRPr="00163579" w:rsidRDefault="00CF0777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CB5509" w:rsidRPr="00163579" w:rsidRDefault="00CF0777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CB5509" w:rsidRPr="00163579" w:rsidRDefault="00CF0777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 на родном (русском) языке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CB5509" w:rsidRPr="00163579" w:rsidRDefault="00CF0777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CB5509" w:rsidRPr="00163579" w:rsidRDefault="00CF0777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CB5509" w:rsidRPr="00163579" w:rsidRDefault="00CF0777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CB5509" w:rsidRPr="00163579" w:rsidRDefault="00CF0777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CB5509" w:rsidRPr="00163579" w:rsidRDefault="00CF077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66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88" w:lineRule="auto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CB5509" w:rsidRPr="00163579" w:rsidRDefault="00CF0777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CB5509" w:rsidRPr="00163579" w:rsidRDefault="00CF077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CB5509" w:rsidRPr="00163579" w:rsidRDefault="00CF077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B5509" w:rsidRPr="00163579" w:rsidRDefault="00CF0777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CB5509" w:rsidRPr="00163579" w:rsidRDefault="00CF0777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78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CB5509" w:rsidRPr="00163579" w:rsidRDefault="00CF0777">
      <w:pPr>
        <w:autoSpaceDE w:val="0"/>
        <w:autoSpaceDN w:val="0"/>
        <w:spacing w:before="166" w:after="0" w:line="283" w:lineRule="auto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3 классе. Резерв учебного времени отводится на вариативную часть программы, которая предусматривает изучение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CB5509" w:rsidRPr="00163579" w:rsidRDefault="00CF0777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CB5509" w:rsidRPr="00163579" w:rsidRDefault="00CF0777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языке»реализована благодаря: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CB5509" w:rsidRPr="00163579" w:rsidRDefault="00CF077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CB5509" w:rsidRPr="00163579" w:rsidRDefault="00CF077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756" w:bottom="402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66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71" w:lineRule="auto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78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CB5509" w:rsidRPr="00163579" w:rsidRDefault="00CF0777" w:rsidP="00163579">
      <w:pPr>
        <w:autoSpaceDE w:val="0"/>
        <w:autoSpaceDN w:val="0"/>
        <w:spacing w:after="0" w:line="262" w:lineRule="auto"/>
        <w:ind w:left="180" w:right="4320"/>
        <w:rPr>
          <w:lang w:val="ru-RU"/>
        </w:rPr>
      </w:pP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Пишут не пером, а умом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первый опыт «писательства».</w:t>
      </w:r>
    </w:p>
    <w:p w:rsidR="00CB5509" w:rsidRPr="00163579" w:rsidRDefault="00CF0777">
      <w:pPr>
        <w:autoSpaceDE w:val="0"/>
        <w:autoSpaceDN w:val="0"/>
        <w:spacing w:before="70" w:after="0" w:line="271" w:lineRule="auto"/>
        <w:ind w:left="180" w:right="302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Воробьев.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«Я ничего не придумал» (глава «Мой дневник»).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«Сказки Севки Глущенко» (глава «День рождения»).</w:t>
      </w:r>
    </w:p>
    <w:p w:rsidR="00CB5509" w:rsidRPr="00163579" w:rsidRDefault="00CF0777">
      <w:pPr>
        <w:autoSpaceDE w:val="0"/>
        <w:autoSpaceDN w:val="0"/>
        <w:spacing w:before="264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CB5509" w:rsidRPr="00163579" w:rsidRDefault="00CF0777">
      <w:pPr>
        <w:autoSpaceDE w:val="0"/>
        <w:autoSpaceDN w:val="0"/>
        <w:spacing w:before="168" w:after="0" w:line="262" w:lineRule="auto"/>
        <w:ind w:left="180" w:right="7488"/>
        <w:rPr>
          <w:lang w:val="ru-RU"/>
        </w:rPr>
      </w:pP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Жизнь дана на добрые дела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Пословицы о доброте.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Например: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А. Буковский.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«О Доброте — злой и доброй».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Л. Яхнин.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«Последняя рубашка».</w:t>
      </w:r>
    </w:p>
    <w:p w:rsidR="00CB5509" w:rsidRPr="00163579" w:rsidRDefault="00CF0777">
      <w:pPr>
        <w:autoSpaceDE w:val="0"/>
        <w:autoSpaceDN w:val="0"/>
        <w:spacing w:before="70" w:after="0" w:line="262" w:lineRule="auto"/>
        <w:ind w:left="180" w:right="8064"/>
        <w:rPr>
          <w:lang w:val="ru-RU"/>
        </w:rPr>
      </w:pP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Живи по совести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Пословицы о совести.</w:t>
      </w:r>
    </w:p>
    <w:p w:rsidR="00CB5509" w:rsidRPr="00163579" w:rsidRDefault="00CF0777" w:rsidP="00163579">
      <w:pPr>
        <w:tabs>
          <w:tab w:val="left" w:pos="180"/>
        </w:tabs>
        <w:autoSpaceDE w:val="0"/>
        <w:autoSpaceDN w:val="0"/>
        <w:spacing w:after="0" w:line="271" w:lineRule="auto"/>
        <w:ind w:right="864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Например: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В. </w:t>
      </w:r>
      <w:proofErr w:type="spellStart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Засодимский</w:t>
      </w:r>
      <w:proofErr w:type="spellEnd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«Гришина милостыня».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Г. Волкова.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Дреби-Дон</w:t>
      </w:r>
      <w:proofErr w:type="spell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CB5509" w:rsidRPr="00163579" w:rsidRDefault="00CF0777" w:rsidP="00163579">
      <w:pPr>
        <w:tabs>
          <w:tab w:val="left" w:pos="180"/>
        </w:tabs>
        <w:autoSpaceDE w:val="0"/>
        <w:autoSpaceDN w:val="0"/>
        <w:spacing w:after="0"/>
        <w:ind w:right="576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дружной семье и в холод тепло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Ф. </w:t>
      </w:r>
      <w:proofErr w:type="spellStart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Кургузов</w:t>
      </w:r>
      <w:proofErr w:type="spellEnd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«Душа нараспашку».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Л. Решетов.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«Зёрнышки спелых яблок» (фрагмент).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Шукшин.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«Как зайка летал на воздушных шариках» (фрагмент).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CB5509" w:rsidRPr="00163579" w:rsidRDefault="00CF0777" w:rsidP="00163579">
      <w:pPr>
        <w:tabs>
          <w:tab w:val="left" w:pos="180"/>
        </w:tabs>
        <w:autoSpaceDE w:val="0"/>
        <w:autoSpaceDN w:val="0"/>
        <w:spacing w:after="0" w:line="281" w:lineRule="auto"/>
        <w:ind w:right="576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Детские фантазии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Например: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 Крапивин. 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«Брат, которому семь» (фрагмент главы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«Зелёная грива»).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К. Чуковская.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«Мой отец — Корней Чуковский» (фрагмент).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— РОДИНА МОЯ</w:t>
      </w:r>
    </w:p>
    <w:p w:rsidR="00CB5509" w:rsidRPr="00163579" w:rsidRDefault="00CF0777" w:rsidP="00163579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CB5509" w:rsidRPr="00163579" w:rsidRDefault="00CF0777">
      <w:pPr>
        <w:autoSpaceDE w:val="0"/>
        <w:autoSpaceDN w:val="0"/>
        <w:spacing w:before="166" w:after="0" w:line="271" w:lineRule="auto"/>
        <w:ind w:left="180" w:right="2592"/>
        <w:rPr>
          <w:lang w:val="ru-RU"/>
        </w:rPr>
      </w:pP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а-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рода. Например: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М. Гурьян.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«Мальчик из Холмогор» (фрагмент).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78" w:line="220" w:lineRule="exact"/>
        <w:rPr>
          <w:lang w:val="ru-RU"/>
        </w:rPr>
      </w:pPr>
    </w:p>
    <w:p w:rsidR="00CB5509" w:rsidRPr="00163579" w:rsidRDefault="00CF0777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 </w:t>
      </w:r>
      <w:proofErr w:type="spellStart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«Семён Дежнёв» (фрагмент).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Коняев.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«Правнуки богатырей» (фрагмент).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«Ломоносов» (фрагмент).</w:t>
      </w:r>
    </w:p>
    <w:p w:rsidR="00CB5509" w:rsidRPr="00163579" w:rsidRDefault="00CF0777">
      <w:pPr>
        <w:autoSpaceDE w:val="0"/>
        <w:autoSpaceDN w:val="0"/>
        <w:spacing w:before="262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От праздника к празднику </w:t>
      </w:r>
    </w:p>
    <w:p w:rsidR="00CB5509" w:rsidRPr="00163579" w:rsidRDefault="00CF0777">
      <w:pPr>
        <w:autoSpaceDE w:val="0"/>
        <w:autoSpaceDN w:val="0"/>
        <w:spacing w:before="166" w:after="0" w:line="271" w:lineRule="auto"/>
        <w:ind w:left="180" w:right="720"/>
        <w:rPr>
          <w:lang w:val="ru-RU"/>
        </w:rPr>
      </w:pP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Всякая душа празднику рада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праздниках, значимых для русской кул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ь-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туры: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Рождестве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, Пасхе. Например: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Григорьева.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«Радость».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А.И.Куприн</w:t>
      </w:r>
      <w:proofErr w:type="gramStart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Пасхальные колокола» (фрагмент).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Чёрный.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«Пасхальный визит» (фрагмент).</w:t>
      </w:r>
    </w:p>
    <w:p w:rsidR="00CB5509" w:rsidRPr="00163579" w:rsidRDefault="00CF0777">
      <w:pPr>
        <w:autoSpaceDE w:val="0"/>
        <w:autoSpaceDN w:val="0"/>
        <w:spacing w:before="264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168" w:after="0" w:line="281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i/>
          <w:color w:val="000000"/>
          <w:sz w:val="24"/>
          <w:lang w:val="ru-RU"/>
        </w:rPr>
        <w:t>Неразгаданная тайна — в чащах леса…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загадки о лесе, реке, тумане.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Астафьев. 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Зорькина</w:t>
      </w:r>
      <w:proofErr w:type="spell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песня» (фрагмент).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«У реки».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«Лес».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Г. Паустовский.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«Клад».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«Как распускаются разные деревья».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П. </w:t>
      </w:r>
      <w:proofErr w:type="spellStart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«Туман».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674" w:bottom="1440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78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B5509" w:rsidRPr="00163579" w:rsidRDefault="00CF0777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CB5509" w:rsidRPr="00163579" w:rsidRDefault="00CF0777">
      <w:pPr>
        <w:autoSpaceDE w:val="0"/>
        <w:autoSpaceDN w:val="0"/>
        <w:spacing w:before="262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163579">
        <w:rPr>
          <w:lang w:val="ru-RU"/>
        </w:rPr>
        <w:br/>
      </w: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CB5509" w:rsidRPr="00163579" w:rsidRDefault="00CF0777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CB5509" w:rsidRPr="00163579" w:rsidRDefault="00CF0777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90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B5509" w:rsidRPr="00163579" w:rsidRDefault="00CF0777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CB5509" w:rsidRPr="00163579" w:rsidRDefault="00CF0777">
      <w:pPr>
        <w:autoSpaceDE w:val="0"/>
        <w:autoSpaceDN w:val="0"/>
        <w:spacing w:before="322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108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CB5509" w:rsidRPr="00163579" w:rsidRDefault="00CF0777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CB5509" w:rsidRPr="00163579" w:rsidRDefault="00CF0777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CB5509" w:rsidRPr="00163579" w:rsidRDefault="00CF07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B5509" w:rsidRPr="00163579" w:rsidRDefault="00CF0777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108" w:line="220" w:lineRule="exact"/>
        <w:rPr>
          <w:lang w:val="ru-RU"/>
        </w:rPr>
      </w:pPr>
    </w:p>
    <w:p w:rsidR="00CB5509" w:rsidRPr="00163579" w:rsidRDefault="00CF0777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B5509" w:rsidRPr="00163579" w:rsidRDefault="00CF0777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163579">
        <w:rPr>
          <w:lang w:val="ru-RU"/>
        </w:rPr>
        <w:tab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B5509" w:rsidRPr="00163579" w:rsidRDefault="00CF077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CB5509" w:rsidRPr="00163579" w:rsidRDefault="00CF07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B5509" w:rsidRPr="00163579" w:rsidRDefault="00CF0777">
      <w:pPr>
        <w:autoSpaceDE w:val="0"/>
        <w:autoSpaceDN w:val="0"/>
        <w:spacing w:before="322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B5509" w:rsidRPr="00163579" w:rsidRDefault="00CF077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</w:t>
      </w: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CB5509" w:rsidRPr="00163579" w:rsidRDefault="00CF077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CB5509" w:rsidRPr="00163579" w:rsidRDefault="00CF0777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CB5509" w:rsidRPr="00163579" w:rsidRDefault="00CF07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CB5509" w:rsidRPr="00163579" w:rsidRDefault="00CF077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CB5509" w:rsidRPr="00163579" w:rsidRDefault="00CF0777">
      <w:pPr>
        <w:autoSpaceDE w:val="0"/>
        <w:autoSpaceDN w:val="0"/>
        <w:spacing w:before="190" w:after="0" w:line="281" w:lineRule="auto"/>
        <w:ind w:left="420" w:right="432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CB5509" w:rsidRPr="00163579" w:rsidRDefault="00CF07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328" w:right="740" w:bottom="564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64" w:line="220" w:lineRule="exact"/>
        <w:rPr>
          <w:lang w:val="ru-RU"/>
        </w:rPr>
      </w:pPr>
    </w:p>
    <w:p w:rsidR="00CB5509" w:rsidRDefault="00CF077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466"/>
        <w:gridCol w:w="528"/>
        <w:gridCol w:w="1104"/>
        <w:gridCol w:w="1140"/>
        <w:gridCol w:w="866"/>
        <w:gridCol w:w="7372"/>
        <w:gridCol w:w="1020"/>
        <w:gridCol w:w="1610"/>
      </w:tblGrid>
      <w:tr w:rsidR="00CB550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8" w:after="0" w:line="247" w:lineRule="auto"/>
              <w:ind w:left="72" w:right="336"/>
              <w:jc w:val="both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7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Видыдеятельности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50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образовательныересурсы</w:t>
            </w:r>
            <w:proofErr w:type="spellEnd"/>
          </w:p>
        </w:tc>
      </w:tr>
      <w:tr w:rsidR="00CB550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Default="00CB5509"/>
        </w:tc>
      </w:tr>
      <w:tr w:rsidR="00CB550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МИР ДЕТСТВА</w:t>
            </w:r>
          </w:p>
        </w:tc>
      </w:tr>
      <w:tr w:rsidR="00CB5509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Я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книги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05.09.2022 09.10.2022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 текста художественного произведения: ответы на вопросы по содержанию, определение мотивов поступков героев, объяснение их эмоционального состояния; сопоставление автобиографической повести и повести с вымышленными героями;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взрослею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10.10.2022 27.11.2022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про себя: чтение произведений разных жанров; </w:t>
            </w:r>
            <w:proofErr w:type="spellStart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перечитывание</w:t>
            </w:r>
            <w:proofErr w:type="spellEnd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 с целью поиска информации для ответа на вопросы;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Я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моясемья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28.11.2022 25.12.2022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фантазирую</w:t>
            </w:r>
            <w:proofErr w:type="spellEnd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мечтаю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26.12.2022 05.02.2023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350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B5509"/>
        </w:tc>
      </w:tr>
      <w:tr w:rsidR="00CB550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РОССИЯ — РОДИНА МОЯ</w:t>
            </w:r>
          </w:p>
        </w:tc>
      </w:tr>
      <w:tr w:rsidR="00CB550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Родная страна </w:t>
            </w:r>
            <w:r w:rsidRPr="00163579">
              <w:rPr>
                <w:lang w:val="ru-RU"/>
              </w:rPr>
              <w:br/>
            </w:r>
            <w:r w:rsidRPr="00163579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во все времена сынами сильна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06.02.2023 05.03.2023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вслух: выразительное чтение стихотворений; </w:t>
            </w:r>
            <w:r w:rsidRPr="00163579">
              <w:rPr>
                <w:lang w:val="ru-RU"/>
              </w:rPr>
              <w:br/>
            </w: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Отпраздника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празднику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06.03.2023 09.04.2023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про себя: чтение фрагментов рассказов, справочной информации историко-культурного характера, име</w:t>
            </w:r>
            <w:proofErr w:type="gramStart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ю-</w:t>
            </w:r>
            <w:proofErr w:type="gramEnd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щей отношение к прочитанным произведениям;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роднойприроде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10.04.2023 22.05.2023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Декламирование</w:t>
            </w:r>
            <w:proofErr w:type="spellEnd"/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(чтение наизусть) стихотворных произведений по выбору учащихся, в том числе из числа размещённых в учебнике;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viri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rdf.ru,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CB5509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B5509"/>
        </w:tc>
      </w:tr>
      <w:tr w:rsidR="00CB5509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B5509"/>
        </w:tc>
      </w:tr>
      <w:tr w:rsidR="00CB5509">
        <w:trPr>
          <w:trHeight w:hRule="exact" w:val="714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163579">
              <w:rPr>
                <w:lang w:val="ru-RU"/>
              </w:rPr>
              <w:br/>
            </w:r>
            <w:r w:rsidRPr="0016357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F07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0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Default="00CB5509"/>
        </w:tc>
      </w:tr>
    </w:tbl>
    <w:p w:rsidR="00CB5509" w:rsidRDefault="00CB5509">
      <w:pPr>
        <w:autoSpaceDE w:val="0"/>
        <w:autoSpaceDN w:val="0"/>
        <w:spacing w:after="0" w:line="14" w:lineRule="exact"/>
      </w:pPr>
    </w:p>
    <w:p w:rsidR="00CB5509" w:rsidRDefault="00CB5509">
      <w:pPr>
        <w:sectPr w:rsidR="00CB5509">
          <w:pgSz w:w="16840" w:h="11900"/>
          <w:pgMar w:top="282" w:right="640" w:bottom="8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B5509" w:rsidRDefault="00CB5509">
      <w:pPr>
        <w:autoSpaceDE w:val="0"/>
        <w:autoSpaceDN w:val="0"/>
        <w:spacing w:after="78" w:line="220" w:lineRule="exact"/>
      </w:pPr>
    </w:p>
    <w:p w:rsidR="00CB5509" w:rsidRDefault="00CF077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CB5509" w:rsidRPr="00163579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1635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="00E20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E20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635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1635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1635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CB5509" w:rsidRPr="00163579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Pr="00163579" w:rsidRDefault="00C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Pr="00163579" w:rsidRDefault="00C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Pr="00163579" w:rsidRDefault="00C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509" w:rsidRPr="00163579" w:rsidRDefault="00CB5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Знакомство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учебником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04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В. И. Воробьев. «Я ничего не придумал» (глава «Мой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дневник»).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proofErr w:type="spellEnd"/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71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В. И. Воробьев. «Я ничего не придумал» (глава «Мой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дневник»).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AA609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AA609A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И.Краева.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Письмописательное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искусство».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25</w:t>
            </w:r>
            <w:r w:rsidR="00CF0777"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lang w:val="ru-RU"/>
              </w:rPr>
            </w:pP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AA609A">
              <w:rPr>
                <w:rFonts w:ascii="Times New Roman" w:hAnsi="Times New Roman" w:cs="Times New Roman"/>
                <w:lang w:val="ru-RU"/>
              </w:rPr>
              <w:br/>
            </w: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AA609A">
              <w:rPr>
                <w:rFonts w:ascii="Times New Roman" w:hAnsi="Times New Roman" w:cs="Times New Roman"/>
                <w:lang w:val="ru-RU"/>
              </w:rPr>
              <w:br/>
            </w: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Практическая работа;</w:t>
            </w:r>
          </w:p>
        </w:tc>
      </w:tr>
      <w:tr w:rsidR="00CB5509" w:rsidRPr="0016357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AA609A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AA609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В. П. Крапивин. «Сказки Севки Глущенко» (глава«День рождения»).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Т.В.Толстая. "Детс</w:t>
            </w:r>
            <w:r w:rsid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 Лермонтова"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09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 w:rsidTr="005D6012">
        <w:trPr>
          <w:trHeight w:hRule="exact" w:val="10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Л.Л.Яхнин. "Последняя рубашка".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Ю.А.Буковский."О доброте-злой и доброй".</w:t>
            </w:r>
            <w:bookmarkEnd w:id="0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Ю.А.Буковский."О доброте-злой и доброй".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П.В.Засодимский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"Гришина милостыня".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П.В.Засодимский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"Гришина милостыня".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</w:tbl>
    <w:p w:rsidR="00CB5509" w:rsidRPr="00163579" w:rsidRDefault="00CB5509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CB5509" w:rsidRPr="00163579" w:rsidRDefault="00CB5509">
      <w:pPr>
        <w:rPr>
          <w:rFonts w:ascii="Times New Roman" w:hAnsi="Times New Roman" w:cs="Times New Roman"/>
        </w:rPr>
        <w:sectPr w:rsidR="00CB5509" w:rsidRPr="00163579">
          <w:pgSz w:w="11900" w:h="16840"/>
          <w:pgMar w:top="298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66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Контрольнаяработа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 №1.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Контрольная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Работа над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ошибками.В.Н.Крупин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"Сушеная малина".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опрос;</w:t>
            </w:r>
          </w:p>
        </w:tc>
      </w:tr>
      <w:tr w:rsidR="00CB5509" w:rsidRPr="00163579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В.М.Шукшин."Как зайка летал на воздушных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шариках".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18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proofErr w:type="gram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</w:t>
            </w: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ческая</w:t>
            </w:r>
            <w:proofErr w:type="spellEnd"/>
            <w:proofErr w:type="gram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А.Л.Решетов. "Зернышки спелых яблок".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25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О.Ф.Кургузов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."Душа нараспашку".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В.П.Крапивин."Зелена грива".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Л.К.Чуковская." Па</w:t>
            </w:r>
            <w:r w:rsid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</w:t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яти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детства. Мой отец-Корней Чуковский".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29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Практическая работа;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В.П.Крапивин."Что такое стихия".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05.02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опрос;</w:t>
            </w:r>
          </w:p>
        </w:tc>
      </w:tr>
      <w:tr w:rsidR="00CB5509" w:rsidRPr="00163579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Г.А.Скребицкий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."Чему научила сказка".</w:t>
            </w:r>
            <w:r w:rsidR="00163579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Н.М.Коняев."Правнуки богатырей".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Л.М.Демин. "Рассказывает бывалый человек".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100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100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В.А.Бахревский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"Семен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Дежнев". </w:t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П.В.Засодимский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"Гришина милостыня".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Контрольнаяработа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 №2.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 w:rsidP="00163579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</w:tbl>
    <w:p w:rsidR="00CB5509" w:rsidRPr="00163579" w:rsidRDefault="00CB5509">
      <w:pPr>
        <w:autoSpaceDE w:val="0"/>
        <w:autoSpaceDN w:val="0"/>
        <w:spacing w:after="0" w:line="14" w:lineRule="exact"/>
        <w:rPr>
          <w:rFonts w:ascii="Times New Roman" w:hAnsi="Times New Roman" w:cs="Times New Roman"/>
          <w:lang w:val="ru-RU"/>
        </w:rPr>
      </w:pPr>
    </w:p>
    <w:p w:rsidR="00CB5509" w:rsidRPr="00163579" w:rsidRDefault="00CB5509">
      <w:pPr>
        <w:rPr>
          <w:rFonts w:ascii="Times New Roman" w:hAnsi="Times New Roman" w:cs="Times New Roman"/>
          <w:lang w:val="ru-RU"/>
        </w:rPr>
        <w:sectPr w:rsidR="00CB5509" w:rsidRPr="00163579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5509" w:rsidRPr="00163579" w:rsidRDefault="00CB5509">
      <w:pPr>
        <w:autoSpaceDE w:val="0"/>
        <w:autoSpaceDN w:val="0"/>
        <w:spacing w:after="66" w:line="220" w:lineRule="exac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CB5509" w:rsidRPr="00163579" w:rsidTr="00163579">
        <w:trPr>
          <w:trHeight w:hRule="exact" w:val="12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63579" w:rsidRP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 над ошибками.</w:t>
            </w:r>
          </w:p>
          <w:p w:rsid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М.В.Ломоносов."Вечернее размышление о Божием </w:t>
            </w:r>
          </w:p>
          <w:p w:rsid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CB5509" w:rsidRPr="00163579" w:rsidRDefault="00163579" w:rsidP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proofErr w:type="gram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величестве</w:t>
            </w:r>
            <w:proofErr w:type="gram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E20BE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16357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Практическая работа;</w:t>
            </w:r>
          </w:p>
        </w:tc>
      </w:tr>
      <w:tr w:rsidR="00CB5509" w:rsidRPr="00163579" w:rsidTr="00163579">
        <w:trPr>
          <w:trHeight w:hRule="exact" w:val="70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70" w:after="0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А.Н.Майков. "Ломоносов".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18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опрос;</w:t>
            </w:r>
          </w:p>
        </w:tc>
      </w:tr>
      <w:tr w:rsidR="00CB5509" w:rsidRPr="00163579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В.А.Никифоров-Волгин. "Серебряная метель".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E20BE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</w:t>
            </w:r>
            <w:r w:rsidR="003E2E8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.04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.202</w:t>
            </w:r>
            <w:r w:rsidR="003E2E8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Е.В.Григорьева."Радость". А.А.Коринфский.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"Христославы".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08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Практическая работа;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А.Н.Майков. "Христос Воскрес!". А.И</w:t>
            </w:r>
            <w:r w:rsid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Куприн. "Пасхальные колокола"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3E2E80" w:rsidRDefault="003E2E8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 w:rsidTr="00163579">
        <w:trPr>
          <w:trHeight w:hRule="exact" w:val="12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С.Черный."Пасхальный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визит". К.М.Фофанов. "Под напев молитв пасхальных".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22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Практическая работа;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И.С.Никитин. "Лес",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К.Г.Паустовский. "Клад". Загадки.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3E2E80" w:rsidRDefault="003E2E80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06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М.М. "Река", В.П.Астафьев. "Ночь темная-темная",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В.Г.Распутин</w:t>
            </w:r>
            <w:proofErr w:type="gram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."</w:t>
            </w:r>
            <w:proofErr w:type="gramEnd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Горные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речки".</w:t>
            </w:r>
            <w:r w:rsidR="003E2E80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3E2E80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И.П.Токмакова</w:t>
            </w:r>
            <w:proofErr w:type="spellEnd"/>
            <w:r w:rsidR="003E2E80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"Туман", В.П.Астафьев. "</w:t>
            </w:r>
            <w:proofErr w:type="spellStart"/>
            <w:r w:rsidR="003E2E80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Зорькина</w:t>
            </w:r>
            <w:proofErr w:type="spellEnd"/>
            <w:r w:rsidR="003E2E80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песня".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="003E2E8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.05.202</w:t>
            </w:r>
            <w:r w:rsidR="003E2E8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опрос;</w:t>
            </w:r>
          </w:p>
        </w:tc>
      </w:tr>
      <w:tr w:rsidR="00CB5509" w:rsidRPr="00163579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32.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>
            <w:pPr>
              <w:autoSpaceDE w:val="0"/>
              <w:autoSpaceDN w:val="0"/>
              <w:spacing w:before="100" w:after="0" w:line="271" w:lineRule="auto"/>
              <w:ind w:left="72" w:right="536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Итоговая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№3.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</w:t>
            </w:r>
            <w:r w:rsidR="00CF0777"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100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опрос; </w:t>
            </w:r>
            <w:r w:rsidRPr="00163579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proofErr w:type="gramStart"/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</w:t>
            </w: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актическая</w:t>
            </w:r>
            <w:proofErr w:type="spellEnd"/>
            <w:proofErr w:type="gramEnd"/>
          </w:p>
          <w:p w:rsidR="00CB5509" w:rsidRPr="00163579" w:rsidRDefault="00CF0777">
            <w:pPr>
              <w:autoSpaceDE w:val="0"/>
              <w:autoSpaceDN w:val="0"/>
              <w:spacing w:before="100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 w:rsidP="0016357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 над ошибками. Обобщающий урок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3E2E80" w:rsidRDefault="00CB5509" w:rsidP="003E2E80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E2E80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3E2E80" w:rsidP="003E2E8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Обобщающий урок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3E2E80" w:rsidRDefault="00CB550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20BE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163579">
              <w:rPr>
                <w:rFonts w:ascii="Times New Roman" w:hAnsi="Times New Roman" w:cs="Times New Roman"/>
              </w:rPr>
              <w:br/>
            </w: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Практическая</w:t>
            </w:r>
            <w:proofErr w:type="spellEnd"/>
          </w:p>
          <w:p w:rsidR="00CB5509" w:rsidRPr="00163579" w:rsidRDefault="00CF0777">
            <w:pPr>
              <w:autoSpaceDE w:val="0"/>
              <w:autoSpaceDN w:val="0"/>
              <w:spacing w:before="98" w:after="0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proofErr w:type="spellEnd"/>
            <w:r w:rsidRPr="00163579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CB5509" w:rsidRPr="00163579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F077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16357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5509" w:rsidRPr="00163579" w:rsidRDefault="00CB5509">
            <w:pPr>
              <w:rPr>
                <w:rFonts w:ascii="Times New Roman" w:hAnsi="Times New Roman" w:cs="Times New Roman"/>
              </w:rPr>
            </w:pPr>
          </w:p>
        </w:tc>
      </w:tr>
    </w:tbl>
    <w:p w:rsidR="00CB5509" w:rsidRPr="00163579" w:rsidRDefault="00CB5509">
      <w:pPr>
        <w:rPr>
          <w:rFonts w:ascii="Times New Roman" w:hAnsi="Times New Roman" w:cs="Times New Roman"/>
        </w:rPr>
        <w:sectPr w:rsidR="00CB5509" w:rsidRPr="00163579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63579" w:rsidRDefault="00163579">
      <w:pPr>
        <w:rPr>
          <w:rFonts w:ascii="Times New Roman" w:hAnsi="Times New Roman" w:cs="Times New Roman"/>
        </w:rPr>
      </w:pPr>
    </w:p>
    <w:p w:rsidR="00163579" w:rsidRDefault="00163579" w:rsidP="00163579">
      <w:pPr>
        <w:tabs>
          <w:tab w:val="left" w:pos="1275"/>
        </w:tabs>
        <w:rPr>
          <w:rFonts w:ascii="Times New Roman" w:hAnsi="Times New Roman" w:cs="Times New Roman"/>
        </w:rPr>
      </w:pPr>
    </w:p>
    <w:p w:rsidR="00CB5509" w:rsidRPr="00163579" w:rsidRDefault="00163579" w:rsidP="00163579">
      <w:pPr>
        <w:tabs>
          <w:tab w:val="left" w:pos="1275"/>
        </w:tabs>
        <w:rPr>
          <w:rFonts w:ascii="Times New Roman" w:hAnsi="Times New Roman" w:cs="Times New Roman"/>
        </w:rPr>
        <w:sectPr w:rsidR="00CB5509" w:rsidRPr="00163579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CB5509" w:rsidRPr="00163579" w:rsidRDefault="00CF0777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CB5509" w:rsidRPr="00163579" w:rsidRDefault="00CF0777">
      <w:pPr>
        <w:autoSpaceDE w:val="0"/>
        <w:autoSpaceDN w:val="0"/>
        <w:spacing w:before="346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B5509" w:rsidRPr="00163579" w:rsidRDefault="00CF0777">
      <w:pPr>
        <w:autoSpaceDE w:val="0"/>
        <w:autoSpaceDN w:val="0"/>
        <w:spacing w:before="166" w:after="0" w:line="262" w:lineRule="auto"/>
        <w:ind w:right="2736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Литературное чтение на родном русском языке; 3 класс. О.М.Александрова; М.И.Кузнецова; А.Ю.Романова "Просвещение", М.</w:t>
      </w:r>
    </w:p>
    <w:p w:rsidR="00CB5509" w:rsidRPr="00163579" w:rsidRDefault="00CF0777">
      <w:pPr>
        <w:autoSpaceDE w:val="0"/>
        <w:autoSpaceDN w:val="0"/>
        <w:spacing w:before="262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B5509" w:rsidRPr="00163579" w:rsidRDefault="00CF0777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Примерная образовательная рабочая программа учебного предмета "Литературное чтение на родном (Русском) языке".</w:t>
      </w:r>
    </w:p>
    <w:p w:rsidR="00CB5509" w:rsidRPr="00163579" w:rsidRDefault="00CF0777">
      <w:pPr>
        <w:autoSpaceDE w:val="0"/>
        <w:autoSpaceDN w:val="0"/>
        <w:spacing w:before="264"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B5509" w:rsidRDefault="00CF0777">
      <w:pPr>
        <w:autoSpaceDE w:val="0"/>
        <w:autoSpaceDN w:val="0"/>
        <w:spacing w:before="168" w:after="0" w:line="262" w:lineRule="auto"/>
        <w:ind w:right="8208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viri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. rdf.ru,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schoolcollection.edu.ru</w:t>
      </w:r>
    </w:p>
    <w:p w:rsidR="00CB5509" w:rsidRDefault="00CB5509">
      <w:pPr>
        <w:sectPr w:rsidR="00CB550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5509" w:rsidRDefault="00CB5509">
      <w:pPr>
        <w:autoSpaceDE w:val="0"/>
        <w:autoSpaceDN w:val="0"/>
        <w:spacing w:after="78" w:line="220" w:lineRule="exact"/>
      </w:pPr>
    </w:p>
    <w:p w:rsidR="00CB5509" w:rsidRPr="00163579" w:rsidRDefault="00CF0777">
      <w:pPr>
        <w:autoSpaceDE w:val="0"/>
        <w:autoSpaceDN w:val="0"/>
        <w:spacing w:after="0" w:line="230" w:lineRule="auto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B5509" w:rsidRPr="00163579" w:rsidRDefault="00CF0777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Учебник, словарь</w:t>
      </w:r>
    </w:p>
    <w:p w:rsidR="00CB5509" w:rsidRPr="00163579" w:rsidRDefault="00CF0777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16357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163579">
        <w:rPr>
          <w:lang w:val="ru-RU"/>
        </w:rPr>
        <w:br/>
      </w:r>
      <w:r w:rsidRPr="00163579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CB5509" w:rsidRPr="00163579" w:rsidRDefault="00CB5509">
      <w:pPr>
        <w:rPr>
          <w:lang w:val="ru-RU"/>
        </w:rPr>
        <w:sectPr w:rsidR="00CB5509" w:rsidRPr="0016357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F0777" w:rsidRPr="00163579" w:rsidRDefault="00CF0777">
      <w:pPr>
        <w:rPr>
          <w:lang w:val="ru-RU"/>
        </w:rPr>
      </w:pPr>
    </w:p>
    <w:sectPr w:rsidR="00CF0777" w:rsidRPr="0016357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63579"/>
    <w:rsid w:val="001E2AB9"/>
    <w:rsid w:val="0029639D"/>
    <w:rsid w:val="00326F90"/>
    <w:rsid w:val="003E2E80"/>
    <w:rsid w:val="004543F3"/>
    <w:rsid w:val="005D6012"/>
    <w:rsid w:val="006C350D"/>
    <w:rsid w:val="00824DA0"/>
    <w:rsid w:val="008C26C0"/>
    <w:rsid w:val="00AA1D8D"/>
    <w:rsid w:val="00AA609A"/>
    <w:rsid w:val="00B47730"/>
    <w:rsid w:val="00CB0664"/>
    <w:rsid w:val="00CB5509"/>
    <w:rsid w:val="00CF0777"/>
    <w:rsid w:val="00E20BE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jFpVq/Sk+fH6Mx3ndmVbUlhWT1yrk1xomMdM+roWRmI=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vfrLSXZjJEOWwINmHqNrVIZIQl4Qsf8oE9kfJEUbmEI=</DigestValue>
    </Reference>
  </SignedInfo>
  <SignatureValue>xCqYYDTsA0BYe4BC90MT2d3pn+7nj4ZmM6IKOm+WPzOvkuWqIVNYpmXZaifOmAK0
7oBivHQ6E8AGc0/O46roEw==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4+bIqKqw+WzM2gD2FB3s1M3VWeI=</DigestValue>
      </Reference>
      <Reference URI="/word/fontTable.xml?ContentType=application/vnd.openxmlformats-officedocument.wordprocessingml.fontTable+xml">
        <DigestMethod Algorithm="http://www.w3.org/2000/09/xmldsig#sha1"/>
        <DigestValue>jLDL8pzzvfPC6csR5Mfp8XvE79o=</DigestValue>
      </Reference>
      <Reference URI="/word/numbering.xml?ContentType=application/vnd.openxmlformats-officedocument.wordprocessingml.numbering+xml">
        <DigestMethod Algorithm="http://www.w3.org/2000/09/xmldsig#sha1"/>
        <DigestValue>OGLISKr6f1ko4P4ac4XBjiseIj4=</DigestValue>
      </Reference>
      <Reference URI="/word/settings.xml?ContentType=application/vnd.openxmlformats-officedocument.wordprocessingml.settings+xml">
        <DigestMethod Algorithm="http://www.w3.org/2000/09/xmldsig#sha1"/>
        <DigestValue>2DbPg4hZbq6Y62iSwSRs+EVyxBA=</DigestValue>
      </Reference>
      <Reference URI="/word/styles.xml?ContentType=application/vnd.openxmlformats-officedocument.wordprocessingml.styles+xml">
        <DigestMethod Algorithm="http://www.w3.org/2000/09/xmldsig#sha1"/>
        <DigestValue>zprGiqn06P9ybrlMNvzpkBeJyb0=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iFvTi8PaDdNFS6nQs/caZIF7N0Q=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2023-11-11T04:12:29Z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B5365F-5D1E-4B80-836E-0F985484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4461</Words>
  <Characters>25430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29832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cp:lastPrinted>2023-10-27T14:38:00Z</cp:lastPrinted>
  <dcterms:created xsi:type="dcterms:W3CDTF">2022-10-23T16:02:00Z</dcterms:created>
  <dcterms:modified xsi:type="dcterms:W3CDTF">2023-11-07T13:01:00Z</dcterms:modified>
  <cp:category/>
</cp:coreProperties>
</file>